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01A6" w14:textId="77777777" w:rsidR="00760430" w:rsidRDefault="00760430">
      <w:pPr>
        <w:pStyle w:val="Heading1"/>
      </w:pPr>
      <w:r>
        <w:rPr>
          <w:noProof/>
        </w:rPr>
        <w:drawing>
          <wp:inline distT="0" distB="0" distL="0" distR="0" wp14:anchorId="7995C5AD" wp14:editId="01CD7B5B">
            <wp:extent cx="1381125" cy="1381125"/>
            <wp:effectExtent l="0" t="0" r="9525" b="9525"/>
            <wp:docPr id="614809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09368" name="Picture 6148093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04202" w14:textId="77777777" w:rsidR="00485413" w:rsidRPr="00760430" w:rsidRDefault="00000000">
      <w:pPr>
        <w:pStyle w:val="Heading1"/>
        <w:rPr>
          <w:color w:val="005E00"/>
        </w:rPr>
      </w:pPr>
      <w:r w:rsidRPr="00760430">
        <w:rPr>
          <w:color w:val="005E00"/>
        </w:rPr>
        <w:t>SMALL GRANT APPLICATION FORM</w:t>
      </w:r>
    </w:p>
    <w:p w14:paraId="4D90EE37" w14:textId="77777777" w:rsidR="00485413" w:rsidRPr="00550C33" w:rsidRDefault="00000000">
      <w:pPr>
        <w:rPr>
          <w:b/>
          <w:bCs/>
        </w:rPr>
      </w:pPr>
      <w:r w:rsidRPr="00550C33">
        <w:rPr>
          <w:b/>
          <w:bCs/>
        </w:rPr>
        <w:t>1. Grant Type (please tick):</w:t>
      </w:r>
    </w:p>
    <w:p w14:paraId="4C0F8341" w14:textId="77777777" w:rsidR="00485413" w:rsidRDefault="00000000">
      <w:r>
        <w:t>☐ Computer Grant</w:t>
      </w:r>
    </w:p>
    <w:p w14:paraId="0A2B40AA" w14:textId="77777777" w:rsidR="00485413" w:rsidRDefault="00000000">
      <w:r>
        <w:t>☐ Equipment Grant</w:t>
      </w:r>
    </w:p>
    <w:p w14:paraId="385C6A63" w14:textId="77777777" w:rsidR="00485413" w:rsidRDefault="00000000">
      <w:r>
        <w:t>☐ Community Events Grant</w:t>
      </w:r>
    </w:p>
    <w:p w14:paraId="4C6A2D62" w14:textId="77777777" w:rsidR="00485413" w:rsidRDefault="00000000">
      <w:r>
        <w:t>☐ Venue Grant</w:t>
      </w:r>
    </w:p>
    <w:p w14:paraId="205BE524" w14:textId="77777777" w:rsidR="00485413" w:rsidRDefault="00000000">
      <w:r>
        <w:t>☐ Marketing Grant (printing costs and/or TRA re-launch)</w:t>
      </w:r>
    </w:p>
    <w:p w14:paraId="00725612" w14:textId="77777777" w:rsidR="00485413" w:rsidRDefault="00000000">
      <w:r>
        <w:t>☐ Travel Grant</w:t>
      </w:r>
    </w:p>
    <w:p w14:paraId="18E13AA4" w14:textId="40E138A7" w:rsidR="00C63BC7" w:rsidRPr="00C63BC7" w:rsidRDefault="00C63BC7">
      <w:pPr>
        <w:rPr>
          <w:b/>
          <w:bCs/>
        </w:rPr>
      </w:pPr>
      <w:r>
        <w:t>☐</w:t>
      </w:r>
      <w:r>
        <w:t xml:space="preserve">  </w:t>
      </w:r>
      <w:r w:rsidRPr="00C63BC7">
        <w:rPr>
          <w:b/>
          <w:bCs/>
        </w:rPr>
        <w:t xml:space="preserve">Approved Training Grant  </w:t>
      </w:r>
    </w:p>
    <w:p w14:paraId="58E0F252" w14:textId="77777777" w:rsidR="00C63BC7" w:rsidRDefault="00C63BC7"/>
    <w:p w14:paraId="3D5CA8A9" w14:textId="77777777" w:rsidR="00485413" w:rsidRPr="00550C33" w:rsidRDefault="00550C33">
      <w:pPr>
        <w:rPr>
          <w:b/>
          <w:bCs/>
        </w:rPr>
      </w:pPr>
      <w:r>
        <w:t>_________________________________________________________________________________________________________</w:t>
      </w:r>
      <w:r>
        <w:br/>
      </w:r>
      <w:r w:rsidRPr="00550C33">
        <w:rPr>
          <w:b/>
          <w:bCs/>
        </w:rPr>
        <w:t>2. Organisation Details</w:t>
      </w:r>
    </w:p>
    <w:p w14:paraId="26BF371C" w14:textId="77777777" w:rsidR="00485413" w:rsidRDefault="00000000">
      <w:r>
        <w:t xml:space="preserve">Name of </w:t>
      </w:r>
      <w:proofErr w:type="spellStart"/>
      <w:r>
        <w:t>organisation</w:t>
      </w:r>
      <w:proofErr w:type="spellEnd"/>
      <w:r>
        <w:t>: ______________________________</w:t>
      </w:r>
      <w:r w:rsidR="00760430">
        <w:t>_______</w:t>
      </w:r>
      <w:r>
        <w:t>___</w:t>
      </w:r>
    </w:p>
    <w:p w14:paraId="10B1F8B4" w14:textId="77777777" w:rsidR="00550C33" w:rsidRDefault="00550C33">
      <w:r>
        <w:t>_________________________________________________________________________________________________________</w:t>
      </w:r>
      <w:r>
        <w:br/>
      </w:r>
    </w:p>
    <w:p w14:paraId="169EC877" w14:textId="77777777" w:rsidR="00485413" w:rsidRPr="00550C33" w:rsidRDefault="00000000">
      <w:pPr>
        <w:rPr>
          <w:b/>
          <w:bCs/>
        </w:rPr>
      </w:pPr>
      <w:r w:rsidRPr="00550C33">
        <w:rPr>
          <w:b/>
          <w:bCs/>
        </w:rPr>
        <w:t>3. Bank Details for BACS Payment</w:t>
      </w:r>
    </w:p>
    <w:p w14:paraId="647D441C" w14:textId="77777777" w:rsidR="00485413" w:rsidRDefault="00000000">
      <w:r>
        <w:t>Account name: _______________________________________</w:t>
      </w:r>
    </w:p>
    <w:p w14:paraId="34AADFEE" w14:textId="77777777" w:rsidR="00485413" w:rsidRDefault="00000000">
      <w:r>
        <w:t>Bank name: __________________________________________</w:t>
      </w:r>
    </w:p>
    <w:p w14:paraId="1A5D8DAC" w14:textId="77777777" w:rsidR="00485413" w:rsidRDefault="00000000">
      <w:r>
        <w:t>Sort code: __________________________________________</w:t>
      </w:r>
    </w:p>
    <w:p w14:paraId="1210BBA8" w14:textId="77777777" w:rsidR="00485413" w:rsidRDefault="00000000">
      <w:r>
        <w:t>Account number: ____________________________________</w:t>
      </w:r>
    </w:p>
    <w:p w14:paraId="26FBCA0A" w14:textId="77777777" w:rsidR="00550C33" w:rsidRDefault="00550C33">
      <w:r>
        <w:t>_________________________________________________________________________________________________________</w:t>
      </w:r>
      <w:r>
        <w:br/>
      </w:r>
    </w:p>
    <w:p w14:paraId="2482A957" w14:textId="77777777" w:rsidR="00760430" w:rsidRDefault="00760430"/>
    <w:p w14:paraId="43A741ED" w14:textId="77777777" w:rsidR="00760430" w:rsidRDefault="00760430"/>
    <w:p w14:paraId="0298FA57" w14:textId="77777777" w:rsidR="00760430" w:rsidRDefault="00760430"/>
    <w:p w14:paraId="41C89BE5" w14:textId="77777777" w:rsidR="00485413" w:rsidRPr="00550C33" w:rsidRDefault="00000000">
      <w:pPr>
        <w:rPr>
          <w:b/>
          <w:bCs/>
        </w:rPr>
      </w:pPr>
      <w:r w:rsidRPr="00550C33">
        <w:rPr>
          <w:b/>
          <w:bCs/>
        </w:rPr>
        <w:t>Declarations and Supporting Information</w:t>
      </w:r>
    </w:p>
    <w:p w14:paraId="48117430" w14:textId="77777777" w:rsidR="00485413" w:rsidRDefault="00000000">
      <w:r>
        <w:t>Date of meeting where members agreed to request the grant: __________________________</w:t>
      </w:r>
    </w:p>
    <w:p w14:paraId="60A337AB" w14:textId="77777777" w:rsidR="00485413" w:rsidRDefault="00000000">
      <w:r>
        <w:t>We have read the policy and agree to the terms and conditions of grant funding: ☐ Yes ☐ No</w:t>
      </w:r>
    </w:p>
    <w:p w14:paraId="709B79FA" w14:textId="77777777" w:rsidR="00485413" w:rsidRDefault="00000000">
      <w:r>
        <w:t>Copy of last audited accounts and bank statement enclosed: ☐ Yes ☐ No</w:t>
      </w:r>
    </w:p>
    <w:p w14:paraId="17A36A61" w14:textId="77777777" w:rsidR="00485413" w:rsidRDefault="00000000">
      <w:r>
        <w:t>Three quotes enclosed for any item over £300: ☐ Yes ☐ No ☐ Not applicable</w:t>
      </w:r>
    </w:p>
    <w:p w14:paraId="7334B6C5" w14:textId="77777777" w:rsidR="00485413" w:rsidRDefault="00000000">
      <w:r>
        <w:t>Will the item/event be covered by insurance: ☐ Yes ☐ No</w:t>
      </w:r>
    </w:p>
    <w:p w14:paraId="485491DC" w14:textId="77777777" w:rsidR="00485413" w:rsidRDefault="00000000">
      <w:r>
        <w:t>Will all members of your TRA benefit from this grant: ☐ Yes ☐ No</w:t>
      </w:r>
    </w:p>
    <w:p w14:paraId="6F6C8D25" w14:textId="77777777" w:rsidR="00760430" w:rsidRDefault="00760430"/>
    <w:p w14:paraId="326FB7AF" w14:textId="77777777" w:rsidR="00485413" w:rsidRPr="00760430" w:rsidRDefault="00000000">
      <w:pPr>
        <w:rPr>
          <w:b/>
          <w:bCs/>
        </w:rPr>
      </w:pPr>
      <w:r>
        <w:br/>
        <w:t xml:space="preserve">4. </w:t>
      </w:r>
      <w:r w:rsidRPr="00760430">
        <w:rPr>
          <w:b/>
          <w:bCs/>
        </w:rPr>
        <w:t>Breakdown of Items Requested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0"/>
        <w:gridCol w:w="1769"/>
      </w:tblGrid>
      <w:tr w:rsidR="0087440E" w14:paraId="5E4EF414" w14:textId="77777777" w:rsidTr="0087440E">
        <w:trPr>
          <w:trHeight w:val="501"/>
        </w:trPr>
        <w:tc>
          <w:tcPr>
            <w:tcW w:w="8819" w:type="dxa"/>
            <w:gridSpan w:val="2"/>
          </w:tcPr>
          <w:p w14:paraId="02E67624" w14:textId="77777777" w:rsidR="0087440E" w:rsidRPr="0087440E" w:rsidRDefault="0087440E" w:rsidP="009F1465">
            <w:pPr>
              <w:pStyle w:val="TableParagraph"/>
              <w:spacing w:line="252" w:lineRule="exact"/>
              <w:ind w:left="107"/>
              <w:rPr>
                <w:rFonts w:ascii="Cambria" w:hAnsi="Cambria"/>
                <w:b/>
              </w:rPr>
            </w:pPr>
            <w:r w:rsidRPr="0087440E">
              <w:rPr>
                <w:rFonts w:ascii="Cambria" w:hAnsi="Cambria"/>
                <w:b/>
              </w:rPr>
              <w:t>Please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give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a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breakdown</w:t>
            </w:r>
            <w:r w:rsidRPr="0087440E">
              <w:rPr>
                <w:rFonts w:ascii="Cambria" w:hAnsi="Cambria"/>
                <w:b/>
                <w:spacing w:val="-6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of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all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the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items</w:t>
            </w:r>
            <w:r w:rsidRPr="0087440E">
              <w:rPr>
                <w:rFonts w:ascii="Cambria" w:hAnsi="Cambria"/>
                <w:b/>
                <w:spacing w:val="-4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you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are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</w:rPr>
              <w:t>applying</w:t>
            </w:r>
            <w:r w:rsidRPr="0087440E">
              <w:rPr>
                <w:rFonts w:ascii="Cambria" w:hAnsi="Cambria"/>
                <w:b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  <w:spacing w:val="-4"/>
              </w:rPr>
              <w:t>for:</w:t>
            </w:r>
          </w:p>
        </w:tc>
      </w:tr>
      <w:tr w:rsidR="0087440E" w14:paraId="53FD1DFA" w14:textId="77777777" w:rsidTr="0087440E">
        <w:trPr>
          <w:trHeight w:val="501"/>
        </w:trPr>
        <w:tc>
          <w:tcPr>
            <w:tcW w:w="7050" w:type="dxa"/>
          </w:tcPr>
          <w:p w14:paraId="15F69B88" w14:textId="77777777" w:rsidR="0087440E" w:rsidRPr="0087440E" w:rsidRDefault="0087440E" w:rsidP="009F1465">
            <w:pPr>
              <w:pStyle w:val="TableParagraph"/>
              <w:spacing w:line="252" w:lineRule="exact"/>
              <w:ind w:left="107"/>
              <w:rPr>
                <w:rFonts w:asciiTheme="majorHAnsi" w:hAnsiTheme="majorHAnsi" w:cstheme="majorHAnsi"/>
                <w:b/>
                <w:i/>
              </w:rPr>
            </w:pPr>
            <w:r w:rsidRPr="0087440E">
              <w:rPr>
                <w:rFonts w:asciiTheme="majorHAnsi" w:hAnsiTheme="majorHAnsi" w:cstheme="majorHAnsi"/>
                <w:b/>
                <w:i/>
                <w:spacing w:val="-4"/>
              </w:rPr>
              <w:t>Item</w:t>
            </w:r>
          </w:p>
        </w:tc>
        <w:tc>
          <w:tcPr>
            <w:tcW w:w="1769" w:type="dxa"/>
          </w:tcPr>
          <w:p w14:paraId="30B968FA" w14:textId="77777777" w:rsidR="0087440E" w:rsidRPr="0087440E" w:rsidRDefault="0087440E" w:rsidP="009F1465">
            <w:pPr>
              <w:pStyle w:val="TableParagraph"/>
              <w:spacing w:line="252" w:lineRule="exact"/>
              <w:ind w:left="533"/>
              <w:rPr>
                <w:rFonts w:ascii="Cambria" w:hAnsi="Cambria"/>
                <w:b/>
                <w:i/>
              </w:rPr>
            </w:pPr>
            <w:r w:rsidRPr="0087440E">
              <w:rPr>
                <w:rFonts w:ascii="Cambria" w:hAnsi="Cambria"/>
                <w:b/>
                <w:i/>
              </w:rPr>
              <w:t>Cost</w:t>
            </w:r>
            <w:r w:rsidRPr="0087440E">
              <w:rPr>
                <w:rFonts w:ascii="Cambria" w:hAnsi="Cambria"/>
                <w:b/>
                <w:i/>
                <w:spacing w:val="-5"/>
              </w:rPr>
              <w:t xml:space="preserve"> </w:t>
            </w:r>
            <w:r w:rsidRPr="0087440E">
              <w:rPr>
                <w:rFonts w:ascii="Cambria" w:hAnsi="Cambria"/>
                <w:b/>
                <w:i/>
                <w:spacing w:val="-10"/>
              </w:rPr>
              <w:t>£</w:t>
            </w:r>
          </w:p>
        </w:tc>
      </w:tr>
      <w:tr w:rsidR="0087440E" w14:paraId="1F1D2AF2" w14:textId="77777777" w:rsidTr="0087440E">
        <w:trPr>
          <w:trHeight w:val="417"/>
        </w:trPr>
        <w:tc>
          <w:tcPr>
            <w:tcW w:w="7050" w:type="dxa"/>
          </w:tcPr>
          <w:p w14:paraId="3073F3E3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6B600CCD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5ED7FD4C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1F2B71BA" w14:textId="77777777" w:rsidTr="0087440E">
        <w:trPr>
          <w:trHeight w:val="341"/>
        </w:trPr>
        <w:tc>
          <w:tcPr>
            <w:tcW w:w="7050" w:type="dxa"/>
          </w:tcPr>
          <w:p w14:paraId="3D0553B1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1068759C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1274A004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1891D69F" w14:textId="77777777" w:rsidTr="0087440E">
        <w:trPr>
          <w:trHeight w:val="348"/>
        </w:trPr>
        <w:tc>
          <w:tcPr>
            <w:tcW w:w="7050" w:type="dxa"/>
          </w:tcPr>
          <w:p w14:paraId="60B6AFDB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5B8542BE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225E593A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743A892A" w14:textId="77777777" w:rsidTr="0087440E">
        <w:trPr>
          <w:trHeight w:val="345"/>
        </w:trPr>
        <w:tc>
          <w:tcPr>
            <w:tcW w:w="7050" w:type="dxa"/>
          </w:tcPr>
          <w:p w14:paraId="2DE34F5B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04681561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2808CA02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1543B2F6" w14:textId="77777777" w:rsidTr="0087440E">
        <w:trPr>
          <w:trHeight w:val="345"/>
        </w:trPr>
        <w:tc>
          <w:tcPr>
            <w:tcW w:w="7050" w:type="dxa"/>
          </w:tcPr>
          <w:p w14:paraId="04ACF351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79FF22FE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4BEE6FCC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39D05D0C" w14:textId="77777777" w:rsidTr="0087440E">
        <w:trPr>
          <w:trHeight w:val="345"/>
        </w:trPr>
        <w:tc>
          <w:tcPr>
            <w:tcW w:w="7050" w:type="dxa"/>
          </w:tcPr>
          <w:p w14:paraId="613556A4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5649B229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6444ADE7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0C2E4399" w14:textId="77777777" w:rsidTr="0087440E">
        <w:trPr>
          <w:trHeight w:val="345"/>
        </w:trPr>
        <w:tc>
          <w:tcPr>
            <w:tcW w:w="7050" w:type="dxa"/>
          </w:tcPr>
          <w:p w14:paraId="098E5EF1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35DD0544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7B1FC0A4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3E72C58E" w14:textId="77777777" w:rsidTr="0087440E">
        <w:trPr>
          <w:trHeight w:val="345"/>
        </w:trPr>
        <w:tc>
          <w:tcPr>
            <w:tcW w:w="7050" w:type="dxa"/>
          </w:tcPr>
          <w:p w14:paraId="65E40D56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78E08464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5843DC99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49B4D52B" w14:textId="77777777" w:rsidTr="0087440E">
        <w:trPr>
          <w:trHeight w:val="344"/>
        </w:trPr>
        <w:tc>
          <w:tcPr>
            <w:tcW w:w="7050" w:type="dxa"/>
          </w:tcPr>
          <w:p w14:paraId="5411A89C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9" w:type="dxa"/>
          </w:tcPr>
          <w:p w14:paraId="447E4236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3ABEEDC8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440E" w14:paraId="77EDF66B" w14:textId="77777777" w:rsidTr="0087440E">
        <w:trPr>
          <w:trHeight w:val="346"/>
        </w:trPr>
        <w:tc>
          <w:tcPr>
            <w:tcW w:w="7050" w:type="dxa"/>
          </w:tcPr>
          <w:p w14:paraId="39629F59" w14:textId="77777777" w:rsidR="0087440E" w:rsidRDefault="0087440E" w:rsidP="009F146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  <w:tc>
          <w:tcPr>
            <w:tcW w:w="1769" w:type="dxa"/>
          </w:tcPr>
          <w:p w14:paraId="1787F32D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  <w:p w14:paraId="5588B0A8" w14:textId="77777777" w:rsidR="0087440E" w:rsidRDefault="0087440E" w:rsidP="009F14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F135B75" w14:textId="77777777" w:rsidR="00485413" w:rsidRDefault="00485413" w:rsidP="00760430"/>
    <w:p w14:paraId="24A8899F" w14:textId="77777777" w:rsidR="0087440E" w:rsidRDefault="0087440E" w:rsidP="00760430"/>
    <w:p w14:paraId="70B464D0" w14:textId="77777777" w:rsidR="0087440E" w:rsidRPr="0022616C" w:rsidRDefault="0087440E" w:rsidP="0087440E">
      <w:pPr>
        <w:pStyle w:val="Heading1"/>
        <w:rPr>
          <w:color w:val="005E00"/>
        </w:rPr>
      </w:pPr>
      <w:r w:rsidRPr="0022616C">
        <w:rPr>
          <w:color w:val="005E00"/>
        </w:rPr>
        <w:t xml:space="preserve">Grant Agreement and </w:t>
      </w:r>
      <w:proofErr w:type="spellStart"/>
      <w:r w:rsidRPr="0022616C">
        <w:rPr>
          <w:color w:val="005E00"/>
        </w:rPr>
        <w:t>Authorisation</w:t>
      </w:r>
      <w:proofErr w:type="spellEnd"/>
    </w:p>
    <w:p w14:paraId="538C676A" w14:textId="77777777" w:rsidR="0087440E" w:rsidRDefault="0087440E" w:rsidP="0087440E">
      <w:r>
        <w:t xml:space="preserve">We agree that all money received will be spent solely on the activities of our tenants’ </w:t>
      </w:r>
      <w:proofErr w:type="spellStart"/>
      <w:r>
        <w:t>organisation</w:t>
      </w:r>
      <w:proofErr w:type="spellEnd"/>
      <w:r>
        <w:t xml:space="preserve">. On behalf of the </w:t>
      </w:r>
      <w:proofErr w:type="spellStart"/>
      <w:r>
        <w:t>organisation</w:t>
      </w:r>
      <w:proofErr w:type="spellEnd"/>
      <w:r>
        <w:t>, we agree that any unspent funds from the total grant will be returned immediately.</w:t>
      </w:r>
    </w:p>
    <w:p w14:paraId="4C681E0E" w14:textId="77777777" w:rsidR="0087440E" w:rsidRDefault="0087440E" w:rsidP="0087440E">
      <w:r>
        <w:t xml:space="preserve">If the tenants’ </w:t>
      </w:r>
      <w:proofErr w:type="spellStart"/>
      <w:r>
        <w:t>organisation</w:t>
      </w:r>
      <w:proofErr w:type="spellEnd"/>
      <w:r>
        <w:t xml:space="preserve"> ceases to operate, any reusable items purchased with grant funding will be returned to the Lewisham Tenants Fund for redistribution to other Lewisham tenants’ </w:t>
      </w:r>
      <w:proofErr w:type="spellStart"/>
      <w:r>
        <w:t>organisations</w:t>
      </w:r>
      <w:proofErr w:type="spellEnd"/>
      <w:r>
        <w:t>.</w:t>
      </w:r>
    </w:p>
    <w:p w14:paraId="5155E30A" w14:textId="77777777" w:rsidR="0087440E" w:rsidRDefault="0087440E" w:rsidP="0087440E">
      <w:r>
        <w:t xml:space="preserve">We also understand that any damage to, or loss of, items purchased with Lewisham Tenants Fund grant money is the responsibility of the tenants’ </w:t>
      </w:r>
      <w:proofErr w:type="spellStart"/>
      <w:r>
        <w:t>organisation</w:t>
      </w:r>
      <w:proofErr w:type="spellEnd"/>
      <w:r>
        <w:t>.</w:t>
      </w:r>
    </w:p>
    <w:p w14:paraId="66F3DC4F" w14:textId="77777777" w:rsidR="0087440E" w:rsidRDefault="0087440E" w:rsidP="0087440E">
      <w:r>
        <w:t xml:space="preserve">We </w:t>
      </w:r>
      <w:proofErr w:type="spellStart"/>
      <w:r>
        <w:t>authorise</w:t>
      </w:r>
      <w:proofErr w:type="spellEnd"/>
      <w:r>
        <w:t xml:space="preserve"> Lewisham Tenants Fund to make any enquiries necessary to ensure that all expenditure is properly accounted for.</w:t>
      </w:r>
    </w:p>
    <w:p w14:paraId="3457AF32" w14:textId="77777777" w:rsidR="0087440E" w:rsidRDefault="0087440E" w:rsidP="0087440E">
      <w:r>
        <w:br/>
        <w:t xml:space="preserve">Signatures of Tenant </w:t>
      </w:r>
      <w:proofErr w:type="spellStart"/>
      <w:r>
        <w:t>Organisation</w:t>
      </w:r>
      <w:proofErr w:type="spellEnd"/>
      <w:r>
        <w:t xml:space="preserve"> Officers (all officers must sign)</w:t>
      </w:r>
      <w:r>
        <w:br/>
      </w:r>
    </w:p>
    <w:p w14:paraId="22E8EB9B" w14:textId="77777777" w:rsidR="0087440E" w:rsidRPr="0087440E" w:rsidRDefault="0087440E" w:rsidP="0087440E">
      <w:pPr>
        <w:rPr>
          <w:b/>
          <w:bCs/>
        </w:rPr>
      </w:pPr>
      <w:r w:rsidRPr="0087440E">
        <w:rPr>
          <w:b/>
          <w:bCs/>
        </w:rPr>
        <w:t xml:space="preserve">Chair </w:t>
      </w:r>
    </w:p>
    <w:p w14:paraId="5CA35600" w14:textId="77777777" w:rsidR="0087440E" w:rsidRDefault="0087440E" w:rsidP="0087440E">
      <w:r>
        <w:t>Name ______________________________________________________________________</w:t>
      </w:r>
    </w:p>
    <w:p w14:paraId="01271CCA" w14:textId="77777777" w:rsidR="0087440E" w:rsidRDefault="0087440E" w:rsidP="0087440E">
      <w:r>
        <w:t>Signature __________________________________________________________________</w:t>
      </w:r>
    </w:p>
    <w:p w14:paraId="54881C3E" w14:textId="77777777" w:rsidR="0087440E" w:rsidRDefault="0087440E" w:rsidP="0087440E">
      <w:r>
        <w:t>Date ________________________________________________________________________</w:t>
      </w:r>
    </w:p>
    <w:p w14:paraId="04B04C79" w14:textId="77777777" w:rsidR="0087440E" w:rsidRPr="0087440E" w:rsidRDefault="0087440E" w:rsidP="0087440E">
      <w:pPr>
        <w:rPr>
          <w:b/>
          <w:bCs/>
        </w:rPr>
      </w:pPr>
      <w:r>
        <w:rPr>
          <w:b/>
          <w:bCs/>
        </w:rPr>
        <w:t xml:space="preserve">Vice Chair </w:t>
      </w:r>
    </w:p>
    <w:p w14:paraId="7A7263A5" w14:textId="77777777" w:rsidR="0087440E" w:rsidRDefault="0087440E" w:rsidP="0087440E">
      <w:r>
        <w:t>Name ______________________________________________________________________</w:t>
      </w:r>
    </w:p>
    <w:p w14:paraId="116598CC" w14:textId="77777777" w:rsidR="0087440E" w:rsidRDefault="0087440E" w:rsidP="0087440E">
      <w:r>
        <w:t>Signature __________________________________________________________________</w:t>
      </w:r>
    </w:p>
    <w:p w14:paraId="01A3744C" w14:textId="77777777" w:rsidR="0087440E" w:rsidRDefault="0087440E" w:rsidP="0087440E">
      <w:r>
        <w:t>Date ________________________________________________________________________</w:t>
      </w:r>
    </w:p>
    <w:p w14:paraId="76B14533" w14:textId="77777777" w:rsidR="0087440E" w:rsidRPr="0087440E" w:rsidRDefault="0087440E" w:rsidP="0087440E">
      <w:pPr>
        <w:rPr>
          <w:b/>
          <w:bCs/>
        </w:rPr>
      </w:pPr>
      <w:r>
        <w:rPr>
          <w:b/>
          <w:bCs/>
        </w:rPr>
        <w:t xml:space="preserve">Secretary </w:t>
      </w:r>
    </w:p>
    <w:p w14:paraId="09B89B36" w14:textId="77777777" w:rsidR="0087440E" w:rsidRDefault="0087440E" w:rsidP="0087440E">
      <w:r>
        <w:t>Name ______________________________________________________________________</w:t>
      </w:r>
    </w:p>
    <w:p w14:paraId="0A271201" w14:textId="77777777" w:rsidR="0087440E" w:rsidRDefault="0087440E" w:rsidP="0087440E">
      <w:r>
        <w:t>Signature __________________________________________________________________</w:t>
      </w:r>
    </w:p>
    <w:p w14:paraId="17EA6A5C" w14:textId="77777777" w:rsidR="0087440E" w:rsidRDefault="0087440E" w:rsidP="0087440E">
      <w:r>
        <w:t>Date ________________________________________________________________________</w:t>
      </w:r>
    </w:p>
    <w:p w14:paraId="16FF1587" w14:textId="77777777" w:rsidR="0087440E" w:rsidRPr="0087440E" w:rsidRDefault="0087440E" w:rsidP="0087440E">
      <w:pPr>
        <w:rPr>
          <w:b/>
          <w:bCs/>
        </w:rPr>
      </w:pPr>
      <w:r>
        <w:rPr>
          <w:b/>
          <w:bCs/>
        </w:rPr>
        <w:t xml:space="preserve">Treasurer </w:t>
      </w:r>
    </w:p>
    <w:p w14:paraId="52E9A82B" w14:textId="77777777" w:rsidR="0087440E" w:rsidRDefault="0087440E" w:rsidP="0087440E">
      <w:r>
        <w:t>Name ______________________________________________________________________</w:t>
      </w:r>
    </w:p>
    <w:p w14:paraId="68E56870" w14:textId="77777777" w:rsidR="0087440E" w:rsidRDefault="0087440E" w:rsidP="0087440E">
      <w:r>
        <w:t>Signature __________________________________________________________________</w:t>
      </w:r>
    </w:p>
    <w:p w14:paraId="43E48354" w14:textId="77777777" w:rsidR="0087440E" w:rsidRDefault="0087440E" w:rsidP="0087440E">
      <w:r>
        <w:t>Date ________________________________________________________________________</w:t>
      </w:r>
    </w:p>
    <w:p w14:paraId="308F03E9" w14:textId="77777777" w:rsidR="0087440E" w:rsidRPr="0087440E" w:rsidRDefault="0087440E" w:rsidP="00760430">
      <w:pPr>
        <w:rPr>
          <w:b/>
          <w:bCs/>
        </w:rPr>
      </w:pPr>
    </w:p>
    <w:sectPr w:rsidR="0087440E" w:rsidRPr="0087440E" w:rsidSect="00B341A2">
      <w:pgSz w:w="12240" w:h="15840"/>
      <w:pgMar w:top="907" w:right="1588" w:bottom="1440" w:left="16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7469288">
    <w:abstractNumId w:val="8"/>
  </w:num>
  <w:num w:numId="2" w16cid:durableId="1566142211">
    <w:abstractNumId w:val="6"/>
  </w:num>
  <w:num w:numId="3" w16cid:durableId="1877354303">
    <w:abstractNumId w:val="5"/>
  </w:num>
  <w:num w:numId="4" w16cid:durableId="1932155887">
    <w:abstractNumId w:val="4"/>
  </w:num>
  <w:num w:numId="5" w16cid:durableId="1514304101">
    <w:abstractNumId w:val="7"/>
  </w:num>
  <w:num w:numId="6" w16cid:durableId="2023777812">
    <w:abstractNumId w:val="3"/>
  </w:num>
  <w:num w:numId="7" w16cid:durableId="925917427">
    <w:abstractNumId w:val="2"/>
  </w:num>
  <w:num w:numId="8" w16cid:durableId="1027098997">
    <w:abstractNumId w:val="1"/>
  </w:num>
  <w:num w:numId="9" w16cid:durableId="2042777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7E4"/>
    <w:rsid w:val="00114BDF"/>
    <w:rsid w:val="0015074B"/>
    <w:rsid w:val="0022616C"/>
    <w:rsid w:val="0029639D"/>
    <w:rsid w:val="00326F90"/>
    <w:rsid w:val="00485413"/>
    <w:rsid w:val="00550C33"/>
    <w:rsid w:val="00760430"/>
    <w:rsid w:val="00852BAD"/>
    <w:rsid w:val="0087440E"/>
    <w:rsid w:val="00AA1D8D"/>
    <w:rsid w:val="00B341A2"/>
    <w:rsid w:val="00B47730"/>
    <w:rsid w:val="00C63BC7"/>
    <w:rsid w:val="00CB0664"/>
    <w:rsid w:val="00F624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0FF187"/>
  <w14:defaultImageDpi w14:val="300"/>
  <w15:docId w15:val="{79C75488-8C68-40A0-9C4B-ED5D7C42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87440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/</vt:lpstr>
      <vt:lpstr>SMALL GRANT APPLICATION FORM</vt:lpstr>
      <vt:lpstr>Grant Agreement and Authorisation</vt:lpstr>
    </vt:vector>
  </TitlesOfParts>
  <Manager/>
  <Company/>
  <LinksUpToDate>false</LinksUpToDate>
  <CharactersWithSpaces>3304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julie littlejohn</cp:lastModifiedBy>
  <cp:revision>2</cp:revision>
  <dcterms:created xsi:type="dcterms:W3CDTF">2026-08-10T12:36:00Z</dcterms:created>
  <dcterms:modified xsi:type="dcterms:W3CDTF">2026-08-10T12:36:00Z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7d5675a0-397d-4a30-ad29-3b7275ab1b48</vt:lpwstr>
  </property>
</Properties>
</file>